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bidi w:val="1"/>
      </w:pPr>
      <w:r>
        <w:rPr>
          <w:rFonts w:ascii="Arial" w:hAnsi="Arial" w:cs="Arial"/>
          <w:b/>
          <w:color w:val="1E6E68"/>
          <w:sz w:val="34"/>
          <w:rtl w:val="1"/>
        </w:rPr>
        <w:t>إشعار بالتأخّر عن دفع بدل الإيجار</w:t>
      </w:r>
    </w:p>
    <w:p>
      <w:pPr>
        <w:spacing w:after="280"/>
        <w:jc w:val="center"/>
        <w:bidi w:val="1"/>
      </w:pPr>
      <w:r>
        <w:rPr>
          <w:rFonts w:ascii="Arial" w:hAnsi="Arial" w:cs="Arial"/>
          <w:b w:val="0"/>
          <w:color w:val="8A5A00"/>
          <w:sz w:val="18"/>
          <w:rtl w:val="1"/>
        </w:rPr>
        <w:t>نموذج استرشاديّ مجّانيّ من اجارات — ajarat.net · الإنذار العدليّ الرسميّ يكون عبر كاتب العدل</w:t>
      </w:r>
    </w:p>
    <w:p>
      <w:pPr>
        <w:spacing w:after="120"/>
        <w:jc w:val="right"/>
        <w:bidi w:val="1"/>
      </w:pPr>
      <w:r>
        <w:rPr>
          <w:rFonts w:ascii="Arial" w:hAnsi="Arial" w:cs="Arial"/>
          <w:b w:val="0"/>
          <w:sz w:val="22"/>
          <w:rtl w:val="1"/>
        </w:rPr>
        <w:t>التاريخ: ………………………………</w:t>
      </w:r>
    </w:p>
    <w:p>
      <w:pPr>
        <w:spacing w:after="120"/>
        <w:jc w:val="right"/>
        <w:bidi w:val="1"/>
      </w:pPr>
      <w:r>
        <w:rPr>
          <w:rFonts w:ascii="Arial" w:hAnsi="Arial" w:cs="Arial"/>
          <w:b w:val="0"/>
          <w:sz w:val="22"/>
          <w:rtl w:val="1"/>
        </w:rPr>
        <w:t>السيّد/ة المحترم/ة: ……………………………… («المستأجر»)</w:t>
      </w:r>
    </w:p>
    <w:p>
      <w:pPr>
        <w:spacing w:after="120"/>
        <w:jc w:val="right"/>
        <w:bidi w:val="1"/>
      </w:pPr>
      <w:r>
        <w:rPr>
          <w:rFonts w:ascii="Arial" w:hAnsi="Arial" w:cs="Arial"/>
          <w:b w:val="0"/>
          <w:sz w:val="22"/>
          <w:rtl w:val="1"/>
        </w:rPr>
        <w:t>عنوان المأجور: ………………………………………………………………</w:t>
      </w:r>
    </w:p>
    <w:p>
      <w:pPr>
        <w:spacing w:after="160"/>
        <w:jc w:val="right"/>
        <w:bidi w:val="1"/>
      </w:pPr>
      <w:r>
        <w:rPr>
          <w:rFonts w:ascii="Arial" w:hAnsi="Arial" w:cs="Arial"/>
          <w:b w:val="0"/>
          <w:sz w:val="22"/>
          <w:rtl w:val="1"/>
        </w:rPr>
        <w:t>تحيّة طيّبة وبعد،</w:t>
      </w:r>
    </w:p>
    <w:p>
      <w:pPr>
        <w:spacing w:after="120"/>
        <w:jc w:val="right"/>
        <w:bidi w:val="1"/>
      </w:pPr>
      <w:r>
        <w:rPr>
          <w:rFonts w:ascii="Arial" w:hAnsi="Arial" w:cs="Arial"/>
          <w:b w:val="0"/>
          <w:sz w:val="22"/>
          <w:rtl w:val="1"/>
        </w:rPr>
        <w:t>بالإشارة إلى عقد الإيجار المؤرَّخ في ……………………………… والمبرم بيننا بشأن المأجور المبيَّن أعلاه، نلفت عنايتكم إلى ترتُّب المبالغ الآتية بذمّتكم دون سداد حتى تاريخه:</w:t>
      </w:r>
    </w:p>
    <w:tbl>
      <w:tblPr>
        <w:tblStyle w:val="TableGrid"/>
        <w:tblW w:type="auto" w:w="0"/>
        <w:jc w:val="center"/>
        <w:tblLook w:firstColumn="1" w:firstRow="1" w:lastColumn="0" w:lastRow="0" w:noHBand="0" w:noVBand="1" w:val="04A0"/>
      </w:tblPr>
      <w:tblGrid>
        <w:gridCol w:w="3324"/>
        <w:gridCol w:w="3324"/>
        <w:gridCol w:w="3324"/>
      </w:tblGrid>
      <w:tr>
        <w:tc>
          <w:tcPr>
            <w:tcW w:type="dxa" w:w="3324"/>
          </w:tcPr>
          <w:p>
            <w:pPr>
              <w:jc w:val="center"/>
              <w:bidi w:val="1"/>
            </w:pPr>
            <w:r>
              <w:rPr>
                <w:rFonts w:ascii="Arial" w:hAnsi="Arial" w:cs="Arial"/>
                <w:b/>
                <w:rtl w:val="1"/>
              </w:rPr>
              <w:t>بيان الدفعة/الشهر</w:t>
            </w:r>
          </w:p>
        </w:tc>
        <w:tc>
          <w:tcPr>
            <w:tcW w:type="dxa" w:w="3324"/>
          </w:tcPr>
          <w:p>
            <w:pPr>
              <w:jc w:val="center"/>
              <w:bidi w:val="1"/>
            </w:pPr>
            <w:r>
              <w:rPr>
                <w:rFonts w:ascii="Arial" w:hAnsi="Arial" w:cs="Arial"/>
                <w:b/>
                <w:rtl w:val="1"/>
              </w:rPr>
              <w:t>تاريخ الاستحقاق</w:t>
            </w:r>
          </w:p>
        </w:tc>
        <w:tc>
          <w:tcPr>
            <w:tcW w:type="dxa" w:w="3324"/>
          </w:tcPr>
          <w:p>
            <w:pPr>
              <w:jc w:val="center"/>
              <w:bidi w:val="1"/>
            </w:pPr>
            <w:r>
              <w:rPr>
                <w:rFonts w:ascii="Arial" w:hAnsi="Arial" w:cs="Arial"/>
                <w:b/>
                <w:rtl w:val="1"/>
              </w:rPr>
              <w:t>المبلغ (دينار)</w:t>
            </w:r>
          </w:p>
        </w:tc>
      </w:tr>
      <w:tr>
        <w:tc>
          <w:tcPr>
            <w:tcW w:type="dxa" w:w="3324"/>
          </w:tcPr>
          <w:p/>
        </w:tc>
        <w:tc>
          <w:tcPr>
            <w:tcW w:type="dxa" w:w="3324"/>
          </w:tcPr>
          <w:p/>
        </w:tc>
        <w:tc>
          <w:tcPr>
            <w:tcW w:type="dxa" w:w="3324"/>
          </w:tcPr>
          <w:p/>
        </w:tc>
      </w:tr>
      <w:tr>
        <w:tc>
          <w:tcPr>
            <w:tcW w:type="dxa" w:w="3324"/>
          </w:tcPr>
          <w:p/>
        </w:tc>
        <w:tc>
          <w:tcPr>
            <w:tcW w:type="dxa" w:w="3324"/>
          </w:tcPr>
          <w:p/>
        </w:tc>
        <w:tc>
          <w:tcPr>
            <w:tcW w:type="dxa" w:w="3324"/>
          </w:tcPr>
          <w:p/>
        </w:tc>
      </w:tr>
      <w:tr>
        <w:tc>
          <w:tcPr>
            <w:tcW w:type="dxa" w:w="3324"/>
          </w:tcPr>
          <w:p/>
        </w:tc>
        <w:tc>
          <w:tcPr>
            <w:tcW w:type="dxa" w:w="3324"/>
          </w:tcPr>
          <w:p/>
        </w:tc>
        <w:tc>
          <w:tcPr>
            <w:tcW w:type="dxa" w:w="3324"/>
          </w:tcPr>
          <w:p/>
        </w:tc>
      </w:tr>
    </w:tbl>
    <w:p>
      <w:pPr>
        <w:spacing w:after="120"/>
        <w:jc w:val="right"/>
        <w:bidi w:val="1"/>
      </w:pPr>
      <w:r>
        <w:rPr>
          <w:rFonts w:ascii="Arial" w:hAnsi="Arial" w:cs="Arial"/>
          <w:b w:val="0"/>
          <w:sz w:val="22"/>
          <w:rtl w:val="1"/>
        </w:rPr>
      </w:r>
    </w:p>
    <w:p>
      <w:pPr>
        <w:spacing w:after="120"/>
        <w:jc w:val="right"/>
        <w:bidi w:val="1"/>
      </w:pPr>
      <w:r>
        <w:rPr>
          <w:rFonts w:ascii="Arial" w:hAnsi="Arial" w:cs="Arial"/>
          <w:b w:val="0"/>
          <w:sz w:val="22"/>
          <w:rtl w:val="1"/>
        </w:rPr>
        <w:t>وعليه، نرجو المبادرة إلى سداد إجماليّ المبلغ المستحقّ وقدره ( ……………………………… ) ديناراً أردنيّاً خلال مهلة أقصاها ( ……………………………… ) يوماً من تاريخ استلامكم هذا الإشعار.</w:t>
      </w:r>
    </w:p>
    <w:p>
      <w:pPr>
        <w:spacing w:after="120"/>
        <w:jc w:val="right"/>
        <w:bidi w:val="1"/>
      </w:pPr>
      <w:r>
        <w:rPr>
          <w:rFonts w:ascii="Arial" w:hAnsi="Arial" w:cs="Arial"/>
          <w:b w:val="0"/>
          <w:sz w:val="22"/>
          <w:rtl w:val="1"/>
        </w:rPr>
        <w:t>وفي حال انقضاء المهلة المذكورة دون السداد، فإنّنا سنضطرّ آسفين إلى اتّخاذ الإجراءات القانونيّة المقرّرة كافّة لتحصيل الحقوق المترتّبة، بما في ذلك توجيه إنذار عدليّ عبر كاتب العدل والمطالبة القضائيّة بالبدل والإخلاء، مع تحميلكم الرسوم والمصاريف وأتعاب المحاماة.</w:t>
      </w:r>
    </w:p>
    <w:p>
      <w:pPr>
        <w:spacing w:after="280"/>
        <w:jc w:val="right"/>
        <w:bidi w:val="1"/>
      </w:pPr>
      <w:r>
        <w:rPr>
          <w:rFonts w:ascii="Arial" w:hAnsi="Arial" w:cs="Arial"/>
          <w:b w:val="0"/>
          <w:sz w:val="22"/>
          <w:rtl w:val="1"/>
        </w:rPr>
        <w:t>آملين تسوية الأمر ودّيّاً حفاظاً على حسن التعامل بيننا، وتفضّلوا بقبول الاحترام.</w:t>
      </w:r>
    </w:p>
    <w:p>
      <w:pPr>
        <w:spacing w:after="120"/>
        <w:jc w:val="right"/>
        <w:bidi w:val="1"/>
      </w:pPr>
      <w:r>
        <w:rPr>
          <w:rFonts w:ascii="Arial" w:hAnsi="Arial" w:cs="Arial"/>
          <w:b w:val="0"/>
          <w:sz w:val="22"/>
          <w:rtl w:val="1"/>
        </w:rPr>
        <w:t>المؤجّر: ………………………………</w:t>
      </w:r>
    </w:p>
    <w:p>
      <w:pPr>
        <w:spacing w:after="120"/>
        <w:jc w:val="right"/>
        <w:bidi w:val="1"/>
      </w:pPr>
      <w:r>
        <w:rPr>
          <w:rFonts w:ascii="Arial" w:hAnsi="Arial" w:cs="Arial"/>
          <w:b w:val="0"/>
          <w:sz w:val="22"/>
          <w:rtl w:val="1"/>
        </w:rPr>
        <w:t>التوقيع: ………………………………    الهاتف: ………………………………</w:t>
      </w:r>
    </w:p>
    <w:p>
      <w:pPr>
        <w:spacing w:after="120"/>
        <w:jc w:val="right"/>
        <w:bidi w:val="1"/>
      </w:pPr>
      <w:r>
        <w:rPr>
          <w:rFonts w:ascii="Arial" w:hAnsi="Arial" w:cs="Arial"/>
          <w:b w:val="0"/>
          <w:sz w:val="20"/>
          <w:rtl w:val="1"/>
        </w:rPr>
        <w:t>استلمه المستأجر — الاسم: ………………………………  التوقيع: ………………………………  التاريخ: ………………………………</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