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bidi w:val="1"/>
      </w:pPr>
      <w:r>
        <w:rPr>
          <w:rFonts w:ascii="Arial" w:hAnsi="Arial" w:cs="Arial"/>
          <w:b/>
          <w:color w:val="1E6E68"/>
          <w:sz w:val="34"/>
          <w:rtl w:val="1"/>
        </w:rPr>
        <w:t>سند قبض إيجار</w:t>
      </w:r>
    </w:p>
    <w:p>
      <w:pPr>
        <w:spacing w:after="28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نموذج مجّانيّ من اجارات — ajarat.net · نسختان بالصفحة: للمؤجّر وللمستأجر</w:t>
      </w:r>
    </w:p>
    <w:p>
      <w:pPr>
        <w:spacing w:after="20"/>
        <w:jc w:val="center"/>
        <w:bidi w:val="1"/>
      </w:pPr>
      <w:r>
        <w:rPr>
          <w:rFonts w:ascii="Arial" w:hAnsi="Arial" w:cs="Arial"/>
          <w:b/>
          <w:color w:val="1E6E68"/>
          <w:sz w:val="30"/>
          <w:rtl w:val="1"/>
        </w:rPr>
        <w:t>سند قبض إيجار</w:t>
      </w:r>
    </w:p>
    <w:p>
      <w:pPr>
        <w:spacing w:after="16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النسخة الأولى — تبقى لدى المؤجّر</w:t>
      </w:r>
    </w:p>
    <w:p>
      <w:pPr>
        <w:spacing w:after="16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رقم السند: ………………………………          التاريخ: 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استلمتُ أنا الموقّع أدناه (المؤجّر): ……………………………… — من السيّد/ة (المستأجر): 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مبلغاً وقدره رقماً ( ……………………………… ) ديناراً أردنيّاً، وكتابةً: ……………………………………………………………… .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وذلك بدل إيجار العقار/الوحدة: ………………………………………………………………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عن الفترة من ……………………………… إلى ……………………………… .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طريقة الدفع:  ☐ نقداً    ☐ شيك رقم …………… بنك ……………    ☐ حوالة بنكيّة    ☐ محفظة إلكترونيّة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الرصيد المتبقّي عن هذه الفترة إن وُجد: ( ……………………………… ) ديناراً.</w:t>
      </w:r>
    </w:p>
    <w:p>
      <w:pPr>
        <w:spacing w:after="20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ملاحظات: ………………………………………………………………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  <w:bidi w:val="1"/>
            </w:pPr>
            <w:r>
              <w:rPr>
                <w:rFonts w:ascii="Arial" w:hAnsi="Arial" w:cs="Arial"/>
                <w:b/>
                <w:sz w:val="20"/>
                <w:rtl w:val="1"/>
              </w:rPr>
              <w:t>المستلِم (المؤجّر أو وكيله) — الاسم والتوقيع</w:t>
            </w:r>
          </w:p>
        </w:tc>
        <w:tc>
          <w:tcPr>
            <w:tcW w:type="dxa" w:w="4986"/>
          </w:tcPr>
          <w:p>
            <w:pPr>
              <w:jc w:val="center"/>
              <w:bidi w:val="1"/>
            </w:pPr>
            <w:r>
              <w:rPr>
                <w:rFonts w:ascii="Arial" w:hAnsi="Arial" w:cs="Arial"/>
                <w:b/>
                <w:sz w:val="20"/>
                <w:rtl w:val="1"/>
              </w:rPr>
              <w:t>المستأجر — استلم نسخة (الاسم والتوقيع)</w:t>
            </w:r>
          </w:p>
        </w:tc>
      </w:tr>
      <w:tr>
        <w:tc>
          <w:tcPr>
            <w:tcW w:type="dxa" w:w="4986"/>
          </w:tcPr>
          <w:p>
            <w:r>
              <w:br/>
              <w:br/>
            </w:r>
          </w:p>
        </w:tc>
        <w:tc>
          <w:tcPr>
            <w:tcW w:type="dxa" w:w="4986"/>
          </w:tcPr>
          <w:p>
            <w:r>
              <w:br/>
              <w:br/>
            </w:r>
          </w:p>
        </w:tc>
      </w:tr>
    </w:tbl>
    <w:p>
      <w:pPr>
        <w:spacing w:after="12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يُحرَّر هذا السند من نسختين: نسخة للمؤجّر ونسخة للمستأجر — والاحتفاظ به دليل السداد عند أيّ خلاف.</w:t>
      </w:r>
    </w:p>
    <w:p>
      <w:pPr>
        <w:spacing w:after="20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✂ - - - - - - - - - - - - - - - - - - - - - - - - - - - - - - - - - - - - - - - - - - - - - - - - - - - - - -</w:t>
      </w:r>
    </w:p>
    <w:p>
      <w:pPr>
        <w:spacing w:after="20"/>
        <w:jc w:val="center"/>
        <w:bidi w:val="1"/>
      </w:pPr>
      <w:r>
        <w:rPr>
          <w:rFonts w:ascii="Arial" w:hAnsi="Arial" w:cs="Arial"/>
          <w:b/>
          <w:color w:val="1E6E68"/>
          <w:sz w:val="30"/>
          <w:rtl w:val="1"/>
        </w:rPr>
        <w:t>سند قبض إيجار</w:t>
      </w:r>
    </w:p>
    <w:p>
      <w:pPr>
        <w:spacing w:after="16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النسخة الثانية — تُسلَّم للمستأجر</w:t>
      </w:r>
    </w:p>
    <w:p>
      <w:pPr>
        <w:spacing w:after="16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رقم السند: ………………………………          التاريخ: 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استلمتُ أنا الموقّع أدناه (المؤجّر): ……………………………… — من السيّد/ة (المستأجر): 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مبلغاً وقدره رقماً ( ……………………………… ) ديناراً أردنيّاً، وكتابةً: ……………………………………………………………… .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وذلك بدل إيجار العقار/الوحدة: ………………………………………………………………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عن الفترة من ……………………………… إلى ……………………………… .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طريقة الدفع:  ☐ نقداً    ☐ شيك رقم …………… بنك ……………    ☐ حوالة بنكيّة    ☐ محفظة إلكترونيّة</w:t>
      </w:r>
    </w:p>
    <w:p>
      <w:pPr>
        <w:spacing w:after="12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الرصيد المتبقّي عن هذه الفترة إن وُجد: ( ……………………………… ) ديناراً.</w:t>
      </w:r>
    </w:p>
    <w:p>
      <w:pPr>
        <w:spacing w:after="200"/>
        <w:jc w:val="right"/>
        <w:bidi w:val="1"/>
      </w:pPr>
      <w:r>
        <w:rPr>
          <w:rFonts w:ascii="Arial" w:hAnsi="Arial" w:cs="Arial"/>
          <w:b w:val="0"/>
          <w:sz w:val="22"/>
          <w:rtl w:val="1"/>
        </w:rPr>
        <w:t>ملاحظات: ………………………………………………………………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  <w:bidi w:val="1"/>
            </w:pPr>
            <w:r>
              <w:rPr>
                <w:rFonts w:ascii="Arial" w:hAnsi="Arial" w:cs="Arial"/>
                <w:b/>
                <w:sz w:val="20"/>
                <w:rtl w:val="1"/>
              </w:rPr>
              <w:t>المستلِم (المؤجّر أو وكيله) — الاسم والتوقيع</w:t>
            </w:r>
          </w:p>
        </w:tc>
        <w:tc>
          <w:tcPr>
            <w:tcW w:type="dxa" w:w="4986"/>
          </w:tcPr>
          <w:p>
            <w:pPr>
              <w:jc w:val="center"/>
              <w:bidi w:val="1"/>
            </w:pPr>
            <w:r>
              <w:rPr>
                <w:rFonts w:ascii="Arial" w:hAnsi="Arial" w:cs="Arial"/>
                <w:b/>
                <w:sz w:val="20"/>
                <w:rtl w:val="1"/>
              </w:rPr>
              <w:t>المستأجر — استلم نسخة (الاسم والتوقيع)</w:t>
            </w:r>
          </w:p>
        </w:tc>
      </w:tr>
      <w:tr>
        <w:tc>
          <w:tcPr>
            <w:tcW w:type="dxa" w:w="4986"/>
          </w:tcPr>
          <w:p>
            <w:r>
              <w:br/>
              <w:br/>
            </w:r>
          </w:p>
        </w:tc>
        <w:tc>
          <w:tcPr>
            <w:tcW w:type="dxa" w:w="4986"/>
          </w:tcPr>
          <w:p>
            <w:r>
              <w:br/>
              <w:br/>
            </w:r>
          </w:p>
        </w:tc>
      </w:tr>
    </w:tbl>
    <w:p>
      <w:pPr>
        <w:spacing w:after="120"/>
        <w:jc w:val="center"/>
        <w:bidi w:val="1"/>
      </w:pPr>
      <w:r>
        <w:rPr>
          <w:rFonts w:ascii="Arial" w:hAnsi="Arial" w:cs="Arial"/>
          <w:b w:val="0"/>
          <w:color w:val="8A5A00"/>
          <w:sz w:val="18"/>
          <w:rtl w:val="1"/>
        </w:rPr>
        <w:t>يُحرَّر هذا السند من نسختين: نسخة للمؤجّر ونسخة للمستأجر — والاحتفاظ به دليل السداد عند أيّ خلاف.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